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Rent collection letters</w:t>
      </w:r>
    </w:p>
    <w:p>
      <w:r>
        <w:t>Best Landlord Software | version 2026-10-15</w:t>
      </w:r>
    </w:p>
    <w:p>
      <w:r>
        <w:t>Routine reminders only. Not legal demand notices or eviction forms. Complete every bracketed field and check the ledger before sending.</w:t>
      </w:r>
    </w:p>
    <w:p>
      <w:r>
        <w:t>Return: https://bestlandlordsoftware.com/rent-collection/rent-collection-letter/</w:t>
      </w:r>
    </w:p>
    <w:p>
      <w:r>
        <w:t>1. Before the due date</w:t>
      </w:r>
    </w:p>
    <w:p>
      <w:r>
        <w:t>Subject: Rent reminder for [rent period].</w:t>
      </w:r>
    </w:p>
    <w:p>
      <w:r>
        <w:t>Hello [tenant name].</w:t>
      </w:r>
    </w:p>
    <w:p>
      <w:r>
        <w:t>This is a reminder that rent of [amount] for [rent period] is due on [agreed due date] under your lease.</w:t>
      </w:r>
    </w:p>
    <w:p>
      <w:r>
        <w:t>Please use [agreed payment route]. If you have already scheduled a payment, thank you. We will check the payment status before sending any further reminder.</w:t>
      </w:r>
    </w:p>
    <w:p>
      <w:r>
        <w:t>If the amount or date does not match your records, please reply through [known contact route] so we can check it. Do not send bank passwords or identity documents by ordinary email.</w:t>
      </w:r>
    </w:p>
    <w:p>
      <w:r>
        <w:t>Thank you.</w:t>
      </w:r>
    </w:p>
    <w:p>
      <w:r>
        <w:t>[Name of landlord or sender].</w:t>
      </w:r>
    </w:p>
    <w:p>
      <w:r>
        <w:t>2. Balance check after the due date</w:t>
      </w:r>
    </w:p>
    <w:p>
      <w:r>
        <w:t>Subject: Please check the rent balance for [rent period].</w:t>
      </w:r>
    </w:p>
    <w:p>
      <w:r>
        <w:t>Hello [tenant name].</w:t>
      </w:r>
    </w:p>
    <w:p>
      <w:r>
        <w:t>Our rent ledger currently shows an open balance of [amount] for [rent period], checked on [date and time]. The breakdown is:</w:t>
      </w:r>
    </w:p>
    <w:p>
      <w:r>
        <w:t>- Opening balance: [amount].</w:t>
      </w:r>
    </w:p>
    <w:p>
      <w:r>
        <w:t>- Rent charge: [amount].</w:t>
      </w:r>
    </w:p>
    <w:p>
      <w:r>
        <w:t>- Payments and credits recorded: [amount and dates].</w:t>
      </w:r>
    </w:p>
    <w:p>
      <w:r>
        <w:t>- Balance still shown: [amount].</w:t>
      </w:r>
    </w:p>
    <w:p>
      <w:r>
        <w:t>If you have paid, please reply through [known contact route]. Give the payment date and reference. If you believe the balance is wrong, tell us which item you dispute. We will check the record before taking a further step.</w:t>
      </w:r>
    </w:p>
    <w:p>
      <w:r>
        <w:t>If payment remains due, please use [agreed payment route]. Contact us through [known contact route] if you need to discuss the payment process.</w:t>
      </w:r>
    </w:p>
    <w:p>
      <w:r>
        <w:t>This is a routine balance message, not a formal legal notice.</w:t>
      </w:r>
    </w:p>
    <w:p>
      <w:r>
        <w:t>Thank you.</w:t>
      </w:r>
    </w:p>
    <w:p>
      <w:r>
        <w:t>[Name of landlord or sender].</w:t>
      </w:r>
    </w:p>
    <w:p>
      <w:r>
        <w:t>3. Reply when the tenant disputes a balance</w:t>
      </w:r>
    </w:p>
    <w:p>
      <w:r>
        <w:t>Subject: Review of the rent balance for [rent period].</w:t>
      </w:r>
    </w:p>
    <w:p>
      <w:r>
        <w:t>Hello [tenant name].</w:t>
      </w:r>
    </w:p>
    <w:p>
      <w:r>
        <w:t>Thank you for raising a question about [the specific charge or payment]. We have marked that item for review.</w:t>
      </w:r>
    </w:p>
    <w:p>
      <w:r>
        <w:t>Please confirm [the narrow fact needed, such as a payment date or reference]. Do not send a full bank statement if a redacted payment confirmation will answer the question. We will compare it with our ledger and payment records.</w:t>
      </w:r>
    </w:p>
    <w:p>
      <w:r>
        <w:t>We will send you the checked breakdown and explain any correction. Our next update will be through [known contact route] on [date you can meet].</w:t>
      </w:r>
    </w:p>
    <w:p>
      <w:r>
        <w:t>Thank you.</w:t>
      </w:r>
    </w:p>
    <w:p>
      <w:r>
        <w:t>[Name of landlord or sender].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